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B27B0" w14:textId="02B99C46" w:rsidR="0081580C" w:rsidRPr="00CF28EA" w:rsidRDefault="00B40A78" w:rsidP="00B40A78">
      <w:pPr>
        <w:pStyle w:val="Pealkiri1"/>
        <w:spacing w:before="0" w:line="240" w:lineRule="auto"/>
        <w:jc w:val="center"/>
        <w:rPr>
          <w:sz w:val="32"/>
          <w:szCs w:val="32"/>
        </w:rPr>
      </w:pPr>
      <w:r>
        <w:rPr>
          <w:sz w:val="32"/>
          <w:szCs w:val="32"/>
        </w:rPr>
        <w:t>MUSTVEE VALLA TEEKASUTUSE LOA TAOTLUS</w:t>
      </w:r>
    </w:p>
    <w:p w14:paraId="6F7027C2" w14:textId="77777777" w:rsidR="002F7E77" w:rsidRDefault="002F7E77" w:rsidP="002F7E77">
      <w:pPr>
        <w:pStyle w:val="Pealkiri2"/>
        <w:spacing w:before="0" w:line="240" w:lineRule="auto"/>
        <w:rPr>
          <w:sz w:val="28"/>
          <w:szCs w:val="28"/>
        </w:rPr>
      </w:pPr>
    </w:p>
    <w:p w14:paraId="132E6C46" w14:textId="391ED8CE" w:rsidR="0081580C" w:rsidRPr="00CF28EA" w:rsidRDefault="00754534" w:rsidP="002F7E77">
      <w:pPr>
        <w:pStyle w:val="Pealkiri2"/>
        <w:spacing w:before="0" w:line="240" w:lineRule="auto"/>
        <w:rPr>
          <w:sz w:val="28"/>
          <w:szCs w:val="28"/>
        </w:rPr>
      </w:pPr>
      <w:r w:rsidRPr="00CF28EA">
        <w:rPr>
          <w:sz w:val="28"/>
          <w:szCs w:val="28"/>
        </w:rPr>
        <w:t xml:space="preserve">1. </w:t>
      </w:r>
      <w:bookmarkStart w:id="0" w:name="_Hlk216783521"/>
      <w:r w:rsidRPr="00CF28EA">
        <w:rPr>
          <w:sz w:val="28"/>
          <w:szCs w:val="28"/>
        </w:rPr>
        <w:t>Taotleja andmed</w:t>
      </w:r>
    </w:p>
    <w:tbl>
      <w:tblPr>
        <w:tblStyle w:val="Kontuurtabel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8038"/>
      </w:tblGrid>
      <w:tr w:rsidR="00CF7CCE" w14:paraId="22A4FFD7" w14:textId="77777777" w:rsidTr="00B40A78">
        <w:trPr>
          <w:trHeight w:val="567"/>
        </w:trPr>
        <w:tc>
          <w:tcPr>
            <w:tcW w:w="2547" w:type="dxa"/>
          </w:tcPr>
          <w:p w14:paraId="76FC6B07" w14:textId="4167396D" w:rsidR="0081580C" w:rsidRPr="00685EA2" w:rsidRDefault="00B40A78" w:rsidP="002F7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Nimi/ nimetus</w:t>
            </w:r>
          </w:p>
        </w:tc>
        <w:tc>
          <w:tcPr>
            <w:tcW w:w="8038" w:type="dxa"/>
          </w:tcPr>
          <w:sdt>
            <w:sdtPr>
              <w:rPr>
                <w:sz w:val="24"/>
                <w:szCs w:val="24"/>
              </w:rPr>
              <w:id w:val="-657921352"/>
              <w:placeholder>
                <w:docPart w:val="29B418291D134960BD54425058265BC6"/>
              </w:placeholder>
              <w:showingPlcHdr/>
              <w:text/>
            </w:sdtPr>
            <w:sdtContent>
              <w:p w14:paraId="0537E083" w14:textId="042DC0AF" w:rsidR="00B40A78" w:rsidRDefault="00B40A78" w:rsidP="00B40A78">
                <w:pPr>
                  <w:rPr>
                    <w:sz w:val="24"/>
                    <w:szCs w:val="24"/>
                  </w:rPr>
                </w:pPr>
                <w:r w:rsidRPr="00624A68">
                  <w:rPr>
                    <w:rStyle w:val="Kohatitetekst"/>
                  </w:rPr>
                  <w:t>Teksti sisestamiseks klõpsake või koputage siin.</w:t>
                </w:r>
              </w:p>
            </w:sdtContent>
          </w:sdt>
          <w:p w14:paraId="4CA2F530" w14:textId="3C2386CE" w:rsidR="009B7789" w:rsidRPr="00685EA2" w:rsidRDefault="009B7789" w:rsidP="00CF7CCE">
            <w:pPr>
              <w:rPr>
                <w:sz w:val="24"/>
                <w:szCs w:val="24"/>
              </w:rPr>
            </w:pPr>
          </w:p>
        </w:tc>
      </w:tr>
      <w:tr w:rsidR="00CF7CCE" w14:paraId="3037F275" w14:textId="77777777" w:rsidTr="00B40A78">
        <w:trPr>
          <w:trHeight w:val="567"/>
        </w:trPr>
        <w:tc>
          <w:tcPr>
            <w:tcW w:w="2547" w:type="dxa"/>
          </w:tcPr>
          <w:p w14:paraId="4CFBA44E" w14:textId="4525AF0C" w:rsidR="00EF544E" w:rsidRPr="00685EA2" w:rsidRDefault="00B40A78" w:rsidP="002F7E77">
            <w:pPr>
              <w:rPr>
                <w:sz w:val="24"/>
                <w:szCs w:val="24"/>
              </w:rPr>
            </w:pPr>
            <w:r w:rsidRPr="00B40A78">
              <w:rPr>
                <w:sz w:val="24"/>
                <w:szCs w:val="24"/>
              </w:rPr>
              <w:t>Registri- või isikukood</w:t>
            </w:r>
          </w:p>
        </w:tc>
        <w:tc>
          <w:tcPr>
            <w:tcW w:w="8038" w:type="dxa"/>
          </w:tcPr>
          <w:sdt>
            <w:sdtPr>
              <w:rPr>
                <w:sz w:val="24"/>
                <w:szCs w:val="24"/>
              </w:rPr>
              <w:id w:val="-817340029"/>
              <w:placeholder>
                <w:docPart w:val="0A8664BDB62749FF9D14FA1A987EB82B"/>
              </w:placeholder>
              <w:showingPlcHdr/>
              <w:text/>
            </w:sdtPr>
            <w:sdtContent>
              <w:p w14:paraId="6CDB32C7" w14:textId="662EC82D" w:rsidR="009B7789" w:rsidRPr="00685EA2" w:rsidRDefault="00B40A78" w:rsidP="00CF7CCE">
                <w:pPr>
                  <w:rPr>
                    <w:sz w:val="24"/>
                    <w:szCs w:val="24"/>
                  </w:rPr>
                </w:pPr>
                <w:r w:rsidRPr="00624A68">
                  <w:rPr>
                    <w:rStyle w:val="Kohatitetekst"/>
                  </w:rPr>
                  <w:t>Teksti sisestamiseks klõpsake või koputage siin.</w:t>
                </w:r>
              </w:p>
            </w:sdtContent>
          </w:sdt>
        </w:tc>
      </w:tr>
      <w:tr w:rsidR="00CF7CCE" w14:paraId="4406EF54" w14:textId="77777777" w:rsidTr="00B40A78">
        <w:trPr>
          <w:trHeight w:val="567"/>
        </w:trPr>
        <w:tc>
          <w:tcPr>
            <w:tcW w:w="2547" w:type="dxa"/>
          </w:tcPr>
          <w:p w14:paraId="2EF7A6EF" w14:textId="13020A21" w:rsidR="00EF544E" w:rsidRPr="00685EA2" w:rsidRDefault="00B40A78" w:rsidP="002F7E77">
            <w:pPr>
              <w:rPr>
                <w:sz w:val="24"/>
                <w:szCs w:val="24"/>
              </w:rPr>
            </w:pPr>
            <w:r w:rsidRPr="00B40A78">
              <w:rPr>
                <w:sz w:val="24"/>
                <w:szCs w:val="24"/>
              </w:rPr>
              <w:t>Asukoht/elukoht</w:t>
            </w:r>
          </w:p>
        </w:tc>
        <w:tc>
          <w:tcPr>
            <w:tcW w:w="8038" w:type="dxa"/>
          </w:tcPr>
          <w:sdt>
            <w:sdtPr>
              <w:rPr>
                <w:rFonts w:ascii="Cambria" w:eastAsia="MS Mincho" w:hAnsi="Cambria" w:cs="Times New Roman"/>
                <w:sz w:val="24"/>
                <w:szCs w:val="24"/>
              </w:rPr>
              <w:id w:val="-612982987"/>
              <w:placeholder>
                <w:docPart w:val="65A6FCB23F574556BBBA8D719CC359EE"/>
              </w:placeholder>
              <w:showingPlcHdr/>
              <w:text/>
            </w:sdtPr>
            <w:sdtContent>
              <w:p w14:paraId="01C9A66D" w14:textId="77777777" w:rsidR="00B40A78" w:rsidRDefault="00B40A78" w:rsidP="00B40A78">
                <w:pPr>
                  <w:rPr>
                    <w:rFonts w:ascii="Cambria" w:eastAsia="MS Mincho" w:hAnsi="Cambria" w:cs="Times New Roman"/>
                    <w:sz w:val="24"/>
                    <w:szCs w:val="24"/>
                  </w:rPr>
                </w:pPr>
                <w:r w:rsidRPr="00624A68">
                  <w:rPr>
                    <w:rStyle w:val="Kohatitetekst"/>
                  </w:rPr>
                  <w:t>Teksti sisestamiseks klõpsake või koputage siin.</w:t>
                </w:r>
              </w:p>
            </w:sdtContent>
          </w:sdt>
          <w:p w14:paraId="6DCBF1C4" w14:textId="49DD262B" w:rsidR="00685443" w:rsidRPr="00685EA2" w:rsidRDefault="00685443" w:rsidP="00CF7CCE">
            <w:pPr>
              <w:rPr>
                <w:sz w:val="24"/>
                <w:szCs w:val="24"/>
              </w:rPr>
            </w:pPr>
          </w:p>
        </w:tc>
      </w:tr>
      <w:tr w:rsidR="00CF7CCE" w14:paraId="29E62553" w14:textId="77777777" w:rsidTr="00B40A78">
        <w:trPr>
          <w:trHeight w:val="567"/>
        </w:trPr>
        <w:tc>
          <w:tcPr>
            <w:tcW w:w="2547" w:type="dxa"/>
          </w:tcPr>
          <w:p w14:paraId="59183E8F" w14:textId="76B34B0E" w:rsidR="00EF544E" w:rsidRPr="00685EA2" w:rsidRDefault="00EF544E" w:rsidP="002F7E77">
            <w:pPr>
              <w:rPr>
                <w:sz w:val="24"/>
                <w:szCs w:val="24"/>
              </w:rPr>
            </w:pPr>
            <w:r w:rsidRPr="00685EA2">
              <w:rPr>
                <w:sz w:val="24"/>
                <w:szCs w:val="24"/>
              </w:rPr>
              <w:t>Telefon</w:t>
            </w:r>
            <w:r w:rsidR="00B40A78">
              <w:rPr>
                <w:sz w:val="24"/>
                <w:szCs w:val="24"/>
              </w:rPr>
              <w:t>/ e-post</w:t>
            </w:r>
          </w:p>
        </w:tc>
        <w:tc>
          <w:tcPr>
            <w:tcW w:w="8038" w:type="dxa"/>
          </w:tcPr>
          <w:sdt>
            <w:sdtPr>
              <w:rPr>
                <w:rFonts w:ascii="Cambria" w:eastAsia="MS Mincho" w:hAnsi="Cambria" w:cs="Times New Roman"/>
                <w:sz w:val="24"/>
                <w:szCs w:val="24"/>
              </w:rPr>
              <w:id w:val="-133641303"/>
              <w:placeholder>
                <w:docPart w:val="45650FE609454FD5B060FBE935D6D4E7"/>
              </w:placeholder>
              <w:showingPlcHdr/>
              <w:text/>
            </w:sdtPr>
            <w:sdtContent>
              <w:p w14:paraId="1224D403" w14:textId="3DB723E8" w:rsidR="009B7789" w:rsidRPr="00685EA2" w:rsidRDefault="00B40A78" w:rsidP="00CF7CCE">
                <w:pPr>
                  <w:rPr>
                    <w:sz w:val="24"/>
                    <w:szCs w:val="24"/>
                  </w:rPr>
                </w:pPr>
                <w:r w:rsidRPr="00624A68">
                  <w:rPr>
                    <w:rStyle w:val="Kohatitetekst"/>
                  </w:rPr>
                  <w:t>Teksti sisestamiseks klõpsake või koputage siin.</w:t>
                </w:r>
              </w:p>
            </w:sdtContent>
          </w:sdt>
        </w:tc>
      </w:tr>
      <w:tr w:rsidR="00B40A78" w14:paraId="73926A50" w14:textId="77777777" w:rsidTr="00B40A78">
        <w:trPr>
          <w:trHeight w:val="567"/>
        </w:trPr>
        <w:tc>
          <w:tcPr>
            <w:tcW w:w="2547" w:type="dxa"/>
          </w:tcPr>
          <w:p w14:paraId="7D329766" w14:textId="4240A647" w:rsidR="00B40A78" w:rsidRPr="00B40A78" w:rsidRDefault="00B40A78" w:rsidP="002F7E77">
            <w:pPr>
              <w:rPr>
                <w:sz w:val="24"/>
                <w:szCs w:val="24"/>
              </w:rPr>
            </w:pPr>
            <w:r w:rsidRPr="00B40A78">
              <w:rPr>
                <w:sz w:val="24"/>
                <w:szCs w:val="24"/>
              </w:rPr>
              <w:t>Volitatud esindaja</w:t>
            </w:r>
          </w:p>
        </w:tc>
        <w:tc>
          <w:tcPr>
            <w:tcW w:w="8038" w:type="dxa"/>
          </w:tcPr>
          <w:sdt>
            <w:sdtPr>
              <w:rPr>
                <w:rFonts w:ascii="Cambria" w:eastAsia="MS Mincho" w:hAnsi="Cambria" w:cs="Times New Roman"/>
                <w:sz w:val="24"/>
                <w:szCs w:val="24"/>
              </w:rPr>
              <w:id w:val="-687516360"/>
              <w:placeholder>
                <w:docPart w:val="BED4ABEB529942EE9C43AD05339BCC19"/>
              </w:placeholder>
              <w:showingPlcHdr/>
              <w:text/>
            </w:sdtPr>
            <w:sdtContent>
              <w:p w14:paraId="4D26E7AC" w14:textId="77777777" w:rsidR="00B40A78" w:rsidRDefault="00B40A78" w:rsidP="00B40A78">
                <w:pPr>
                  <w:rPr>
                    <w:rFonts w:ascii="Cambria" w:eastAsia="MS Mincho" w:hAnsi="Cambria" w:cs="Times New Roman"/>
                    <w:sz w:val="24"/>
                    <w:szCs w:val="24"/>
                  </w:rPr>
                </w:pPr>
                <w:r w:rsidRPr="00624A68">
                  <w:rPr>
                    <w:rStyle w:val="Kohatitetekst"/>
                  </w:rPr>
                  <w:t>Teksti sisestamiseks klõpsake või koputage siin.</w:t>
                </w:r>
              </w:p>
            </w:sdtContent>
          </w:sdt>
          <w:p w14:paraId="18E71161" w14:textId="57534854" w:rsidR="00B40A78" w:rsidRPr="00685EA2" w:rsidRDefault="00B40A78" w:rsidP="00CF7CCE">
            <w:pPr>
              <w:rPr>
                <w:sz w:val="24"/>
                <w:szCs w:val="24"/>
              </w:rPr>
            </w:pPr>
          </w:p>
        </w:tc>
      </w:tr>
    </w:tbl>
    <w:bookmarkEnd w:id="0"/>
    <w:p w14:paraId="7CB6EF14" w14:textId="68830205" w:rsidR="0081580C" w:rsidRPr="00CF28EA" w:rsidRDefault="00754534" w:rsidP="002F7E77">
      <w:pPr>
        <w:pStyle w:val="Pealkiri2"/>
        <w:spacing w:before="0" w:line="240" w:lineRule="auto"/>
        <w:rPr>
          <w:sz w:val="28"/>
          <w:szCs w:val="28"/>
        </w:rPr>
      </w:pPr>
      <w:r w:rsidRPr="00CF28EA">
        <w:rPr>
          <w:sz w:val="28"/>
          <w:szCs w:val="28"/>
        </w:rPr>
        <w:t xml:space="preserve">2. </w:t>
      </w:r>
      <w:r w:rsidR="00B40A78">
        <w:rPr>
          <w:sz w:val="28"/>
          <w:szCs w:val="28"/>
        </w:rPr>
        <w:t>Kasutatav tee ja marsruut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397"/>
        <w:gridCol w:w="7188"/>
      </w:tblGrid>
      <w:tr w:rsidR="00685443" w14:paraId="49043713" w14:textId="77777777" w:rsidTr="00662DE0">
        <w:trPr>
          <w:trHeight w:val="567"/>
        </w:trPr>
        <w:tc>
          <w:tcPr>
            <w:tcW w:w="3397" w:type="dxa"/>
          </w:tcPr>
          <w:p w14:paraId="10FEBB18" w14:textId="400D441C" w:rsidR="00685443" w:rsidRPr="00685443" w:rsidRDefault="00B40A78" w:rsidP="002F7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Tee nimi</w:t>
            </w:r>
          </w:p>
        </w:tc>
        <w:tc>
          <w:tcPr>
            <w:tcW w:w="7188" w:type="dxa"/>
          </w:tcPr>
          <w:sdt>
            <w:sdtPr>
              <w:rPr>
                <w:rFonts w:ascii="Cambria" w:eastAsia="MS Mincho" w:hAnsi="Cambria" w:cs="Times New Roman"/>
                <w:sz w:val="24"/>
                <w:szCs w:val="24"/>
              </w:rPr>
              <w:id w:val="1674145920"/>
              <w:placeholder>
                <w:docPart w:val="8A3AD170CEDF48E28ED81387EE470E05"/>
              </w:placeholder>
              <w:showingPlcHdr/>
              <w:text/>
            </w:sdtPr>
            <w:sdtContent>
              <w:p w14:paraId="1E0AC0A8" w14:textId="77777777" w:rsidR="00B40A78" w:rsidRDefault="00B40A78" w:rsidP="00B40A78">
                <w:pPr>
                  <w:rPr>
                    <w:rFonts w:ascii="Cambria" w:eastAsia="MS Mincho" w:hAnsi="Cambria" w:cs="Times New Roman"/>
                    <w:sz w:val="24"/>
                    <w:szCs w:val="24"/>
                  </w:rPr>
                </w:pPr>
                <w:r w:rsidRPr="00624A68">
                  <w:rPr>
                    <w:rStyle w:val="Kohatitetekst"/>
                  </w:rPr>
                  <w:t>Teksti sisestamiseks klõpsake või koputage siin.</w:t>
                </w:r>
              </w:p>
            </w:sdtContent>
          </w:sdt>
          <w:p w14:paraId="175C3FB1" w14:textId="04DF323C" w:rsidR="00685EA2" w:rsidRPr="00CF28EA" w:rsidRDefault="00685EA2" w:rsidP="00CF7CCE">
            <w:pPr>
              <w:rPr>
                <w:sz w:val="24"/>
                <w:szCs w:val="24"/>
              </w:rPr>
            </w:pPr>
          </w:p>
        </w:tc>
      </w:tr>
      <w:tr w:rsidR="00685443" w14:paraId="0B643AA9" w14:textId="77777777" w:rsidTr="00662DE0">
        <w:trPr>
          <w:trHeight w:val="567"/>
        </w:trPr>
        <w:tc>
          <w:tcPr>
            <w:tcW w:w="3397" w:type="dxa"/>
          </w:tcPr>
          <w:p w14:paraId="41C1C292" w14:textId="432350CD" w:rsidR="00662DE0" w:rsidRPr="00662DE0" w:rsidRDefault="00B40A78" w:rsidP="002F7E77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Tee number</w:t>
            </w:r>
          </w:p>
        </w:tc>
        <w:tc>
          <w:tcPr>
            <w:tcW w:w="7188" w:type="dxa"/>
          </w:tcPr>
          <w:p w14:paraId="27764DE8" w14:textId="4A2EAFD9" w:rsidR="00B40A78" w:rsidRDefault="00B40A78" w:rsidP="00B40A78">
            <w:pPr>
              <w:rPr>
                <w:rFonts w:ascii="Cambria" w:eastAsia="MS Mincho" w:hAnsi="Cambria" w:cs="Times New Roman"/>
                <w:sz w:val="24"/>
                <w:szCs w:val="24"/>
              </w:rPr>
            </w:pPr>
            <w:sdt>
              <w:sdtPr>
                <w:rPr>
                  <w:rFonts w:ascii="Cambria" w:eastAsia="MS Mincho" w:hAnsi="Cambria" w:cs="Times New Roman"/>
                  <w:sz w:val="24"/>
                  <w:szCs w:val="24"/>
                </w:rPr>
                <w:id w:val="450903955"/>
                <w:placeholder>
                  <w:docPart w:val="07A0FBF4323C4D559D8335F2F6B2E09C"/>
                </w:placeholder>
                <w:showingPlcHdr/>
                <w:text/>
              </w:sdtPr>
              <w:sdtContent>
                <w:r w:rsidRPr="00624A68">
                  <w:rPr>
                    <w:rStyle w:val="Kohatitetekst"/>
                  </w:rPr>
                  <w:t>Teksti sisestamiseks klõpsake või koputage siin.</w:t>
                </w:r>
              </w:sdtContent>
            </w:sdt>
          </w:p>
          <w:p w14:paraId="41523FBE" w14:textId="00979627" w:rsidR="00322978" w:rsidRPr="00CF28EA" w:rsidRDefault="00322978" w:rsidP="00CF7CCE">
            <w:pPr>
              <w:rPr>
                <w:sz w:val="24"/>
                <w:szCs w:val="24"/>
              </w:rPr>
            </w:pPr>
          </w:p>
        </w:tc>
      </w:tr>
      <w:tr w:rsidR="00B40A78" w14:paraId="1707AF79" w14:textId="77777777" w:rsidTr="00662DE0">
        <w:trPr>
          <w:trHeight w:val="567"/>
        </w:trPr>
        <w:tc>
          <w:tcPr>
            <w:tcW w:w="3397" w:type="dxa"/>
          </w:tcPr>
          <w:p w14:paraId="791BF1E8" w14:textId="056B7BD4" w:rsidR="00B40A78" w:rsidRDefault="00B40A78" w:rsidP="002F7E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Tee kasutamise ajavahemik</w:t>
            </w:r>
          </w:p>
        </w:tc>
        <w:tc>
          <w:tcPr>
            <w:tcW w:w="7188" w:type="dxa"/>
          </w:tcPr>
          <w:sdt>
            <w:sdtPr>
              <w:rPr>
                <w:rFonts w:ascii="Cambria" w:eastAsia="MS Mincho" w:hAnsi="Cambria" w:cs="Times New Roman"/>
                <w:sz w:val="24"/>
                <w:szCs w:val="24"/>
              </w:rPr>
              <w:id w:val="250930450"/>
              <w:placeholder>
                <w:docPart w:val="DB6B86E0C7CC477ABC3EFCB5E2B65304"/>
              </w:placeholder>
              <w:showingPlcHdr/>
              <w:text/>
            </w:sdtPr>
            <w:sdtContent>
              <w:p w14:paraId="1DFF0DDD" w14:textId="77777777" w:rsidR="00B40A78" w:rsidRDefault="00B40A78" w:rsidP="00B40A78">
                <w:pPr>
                  <w:rPr>
                    <w:rFonts w:ascii="Cambria" w:eastAsia="MS Mincho" w:hAnsi="Cambria" w:cs="Times New Roman"/>
                    <w:sz w:val="24"/>
                    <w:szCs w:val="24"/>
                  </w:rPr>
                </w:pPr>
                <w:r w:rsidRPr="00624A68">
                  <w:rPr>
                    <w:rStyle w:val="Kohatitetekst"/>
                  </w:rPr>
                  <w:t>Teksti sisestamiseks klõpsake või koputage siin.</w:t>
                </w:r>
              </w:p>
            </w:sdtContent>
          </w:sdt>
          <w:p w14:paraId="401C4173" w14:textId="77777777" w:rsidR="00B40A78" w:rsidRPr="00B40A78" w:rsidRDefault="00B40A78" w:rsidP="00B40A78">
            <w:pPr>
              <w:rPr>
                <w:rFonts w:ascii="Cambria" w:eastAsia="MS Mincho" w:hAnsi="Cambria" w:cs="Times New Roman"/>
                <w:sz w:val="24"/>
                <w:szCs w:val="24"/>
              </w:rPr>
            </w:pPr>
          </w:p>
        </w:tc>
      </w:tr>
      <w:tr w:rsidR="00685443" w14:paraId="6A0E7727" w14:textId="77777777" w:rsidTr="00662DE0">
        <w:trPr>
          <w:trHeight w:val="567"/>
        </w:trPr>
        <w:tc>
          <w:tcPr>
            <w:tcW w:w="3397" w:type="dxa"/>
          </w:tcPr>
          <w:p w14:paraId="377F2187" w14:textId="4ADD719C" w:rsidR="00685443" w:rsidRPr="00685443" w:rsidRDefault="00B40A78" w:rsidP="002F7E77">
            <w:pPr>
              <w:rPr>
                <w:sz w:val="24"/>
                <w:szCs w:val="24"/>
              </w:rPr>
            </w:pPr>
            <w:r w:rsidRPr="00B40A78">
              <w:rPr>
                <w:sz w:val="24"/>
                <w:szCs w:val="24"/>
              </w:rPr>
              <w:t xml:space="preserve">Vedude maht </w:t>
            </w:r>
            <w:r>
              <w:rPr>
                <w:sz w:val="24"/>
                <w:szCs w:val="24"/>
              </w:rPr>
              <w:t>või</w:t>
            </w:r>
            <w:r w:rsidRPr="00B40A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veokordade arv</w:t>
            </w:r>
            <w:r w:rsidRPr="00B40A78">
              <w:rPr>
                <w:sz w:val="24"/>
                <w:szCs w:val="24"/>
              </w:rPr>
              <w:t xml:space="preserve">  </w:t>
            </w:r>
          </w:p>
        </w:tc>
        <w:tc>
          <w:tcPr>
            <w:tcW w:w="7188" w:type="dxa"/>
          </w:tcPr>
          <w:sdt>
            <w:sdtPr>
              <w:rPr>
                <w:rFonts w:ascii="Cambria" w:eastAsia="MS Mincho" w:hAnsi="Cambria" w:cs="Times New Roman"/>
                <w:sz w:val="24"/>
                <w:szCs w:val="24"/>
              </w:rPr>
              <w:id w:val="-1379694798"/>
              <w:placeholder>
                <w:docPart w:val="17398864143F4478A58E9C1E2112E786"/>
              </w:placeholder>
              <w:showingPlcHdr/>
              <w:text/>
            </w:sdtPr>
            <w:sdtContent>
              <w:p w14:paraId="6A639B9F" w14:textId="77777777" w:rsidR="00B40A78" w:rsidRDefault="00B40A78" w:rsidP="00B40A78">
                <w:pPr>
                  <w:rPr>
                    <w:rFonts w:ascii="Cambria" w:eastAsia="MS Mincho" w:hAnsi="Cambria" w:cs="Times New Roman"/>
                    <w:sz w:val="24"/>
                    <w:szCs w:val="24"/>
                  </w:rPr>
                </w:pPr>
                <w:r w:rsidRPr="00624A68">
                  <w:rPr>
                    <w:rStyle w:val="Kohatitetekst"/>
                  </w:rPr>
                  <w:t>Teksti sisestamiseks klõpsake või koputage siin.</w:t>
                </w:r>
              </w:p>
            </w:sdtContent>
          </w:sdt>
          <w:p w14:paraId="23360299" w14:textId="0D109A56" w:rsidR="009B7789" w:rsidRPr="00CF28EA" w:rsidRDefault="009B7789" w:rsidP="002F7E77">
            <w:pPr>
              <w:rPr>
                <w:sz w:val="24"/>
                <w:szCs w:val="24"/>
              </w:rPr>
            </w:pPr>
          </w:p>
        </w:tc>
      </w:tr>
    </w:tbl>
    <w:p w14:paraId="26D02CEC" w14:textId="77777777" w:rsidR="00B40A78" w:rsidRDefault="00B40A78" w:rsidP="002F7E77">
      <w:pPr>
        <w:pStyle w:val="Pealkiri2"/>
        <w:spacing w:before="0" w:line="240" w:lineRule="auto"/>
        <w:rPr>
          <w:sz w:val="28"/>
          <w:szCs w:val="28"/>
        </w:rPr>
      </w:pPr>
    </w:p>
    <w:p w14:paraId="192CFDD6" w14:textId="0A9A644B" w:rsidR="00B40A78" w:rsidRPr="00CF28EA" w:rsidRDefault="00B40A78" w:rsidP="00B40A78">
      <w:pPr>
        <w:pStyle w:val="Pealkiri2"/>
        <w:spacing w:before="0" w:line="240" w:lineRule="auto"/>
        <w:rPr>
          <w:sz w:val="28"/>
          <w:szCs w:val="28"/>
        </w:rPr>
      </w:pPr>
      <w:r w:rsidRPr="00CF28EA">
        <w:rPr>
          <w:sz w:val="28"/>
          <w:szCs w:val="28"/>
        </w:rPr>
        <w:t xml:space="preserve">2. </w:t>
      </w:r>
      <w:r>
        <w:rPr>
          <w:sz w:val="28"/>
          <w:szCs w:val="28"/>
        </w:rPr>
        <w:t>Sõiduki andmed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397"/>
        <w:gridCol w:w="7188"/>
      </w:tblGrid>
      <w:tr w:rsidR="00B40A78" w14:paraId="613E8F6A" w14:textId="77777777" w:rsidTr="0030166A">
        <w:trPr>
          <w:trHeight w:val="567"/>
        </w:trPr>
        <w:tc>
          <w:tcPr>
            <w:tcW w:w="3397" w:type="dxa"/>
          </w:tcPr>
          <w:p w14:paraId="6E12C7EA" w14:textId="53384F25" w:rsidR="00B40A78" w:rsidRPr="00685443" w:rsidRDefault="00B40A78" w:rsidP="0030166A">
            <w:pPr>
              <w:rPr>
                <w:sz w:val="24"/>
                <w:szCs w:val="24"/>
              </w:rPr>
            </w:pPr>
            <w:r w:rsidRPr="00B40A78">
              <w:rPr>
                <w:sz w:val="24"/>
                <w:szCs w:val="24"/>
              </w:rPr>
              <w:t>Sõiduki või autorongi liik</w:t>
            </w:r>
          </w:p>
        </w:tc>
        <w:tc>
          <w:tcPr>
            <w:tcW w:w="7188" w:type="dxa"/>
          </w:tcPr>
          <w:sdt>
            <w:sdtPr>
              <w:rPr>
                <w:rFonts w:ascii="Cambria" w:eastAsia="MS Mincho" w:hAnsi="Cambria" w:cs="Times New Roman"/>
                <w:sz w:val="24"/>
                <w:szCs w:val="24"/>
              </w:rPr>
              <w:id w:val="-1417703778"/>
              <w:placeholder>
                <w:docPart w:val="76815A1AC5A24941815A501D7BFAF2A3"/>
              </w:placeholder>
              <w:showingPlcHdr/>
              <w:text/>
            </w:sdtPr>
            <w:sdtContent>
              <w:p w14:paraId="4E222D6B" w14:textId="77777777" w:rsidR="00B40A78" w:rsidRDefault="00B40A78" w:rsidP="00B40A78">
                <w:pPr>
                  <w:rPr>
                    <w:rFonts w:ascii="Cambria" w:eastAsia="MS Mincho" w:hAnsi="Cambria" w:cs="Times New Roman"/>
                    <w:sz w:val="24"/>
                    <w:szCs w:val="24"/>
                  </w:rPr>
                </w:pPr>
                <w:r w:rsidRPr="00624A68">
                  <w:rPr>
                    <w:rStyle w:val="Kohatitetekst"/>
                  </w:rPr>
                  <w:t>Teksti sisestamiseks klõpsake või koputage siin.</w:t>
                </w:r>
              </w:p>
            </w:sdtContent>
          </w:sdt>
          <w:p w14:paraId="618C5FA8" w14:textId="73DDDDE5" w:rsidR="00B40A78" w:rsidRPr="00CF28EA" w:rsidRDefault="00B40A78" w:rsidP="0030166A">
            <w:pPr>
              <w:rPr>
                <w:sz w:val="24"/>
                <w:szCs w:val="24"/>
              </w:rPr>
            </w:pPr>
          </w:p>
        </w:tc>
      </w:tr>
      <w:tr w:rsidR="00B40A78" w14:paraId="22F853F6" w14:textId="77777777" w:rsidTr="0030166A">
        <w:trPr>
          <w:trHeight w:val="567"/>
        </w:trPr>
        <w:tc>
          <w:tcPr>
            <w:tcW w:w="3397" w:type="dxa"/>
          </w:tcPr>
          <w:p w14:paraId="3810B81D" w14:textId="564C57CF" w:rsidR="00B40A78" w:rsidRPr="00662DE0" w:rsidRDefault="00B40A78" w:rsidP="0030166A">
            <w:pPr>
              <w:rPr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Sõiduki </w:t>
            </w:r>
            <w:r w:rsidRPr="00B40A78">
              <w:rPr>
                <w:sz w:val="24"/>
                <w:szCs w:val="24"/>
              </w:rPr>
              <w:t>registreerimismärk</w:t>
            </w:r>
          </w:p>
        </w:tc>
        <w:tc>
          <w:tcPr>
            <w:tcW w:w="7188" w:type="dxa"/>
          </w:tcPr>
          <w:sdt>
            <w:sdtPr>
              <w:rPr>
                <w:rFonts w:ascii="Cambria" w:eastAsia="MS Mincho" w:hAnsi="Cambria" w:cs="Times New Roman"/>
                <w:sz w:val="24"/>
                <w:szCs w:val="24"/>
              </w:rPr>
              <w:id w:val="1386832601"/>
              <w:placeholder>
                <w:docPart w:val="1E488EBBB6BC40A09A8BCB0B771F89D9"/>
              </w:placeholder>
              <w:text/>
            </w:sdtPr>
            <w:sdtContent>
              <w:p w14:paraId="74740BDF" w14:textId="579732C7" w:rsidR="00B40A78" w:rsidRPr="00CF28EA" w:rsidRDefault="00B40A78" w:rsidP="0030166A">
                <w:pPr>
                  <w:rPr>
                    <w:sz w:val="24"/>
                    <w:szCs w:val="24"/>
                  </w:rPr>
                </w:pPr>
                <w:r w:rsidRPr="00B40A78">
                  <w:rPr>
                    <w:rFonts w:ascii="Cambria" w:eastAsia="MS Mincho" w:hAnsi="Cambria" w:cs="Times New Roman"/>
                    <w:sz w:val="24"/>
                    <w:szCs w:val="24"/>
                  </w:rPr>
                  <w:t xml:space="preserve"> Teksti sisestamiseks klõpsake või koputage siin.</w:t>
                </w:r>
              </w:p>
            </w:sdtContent>
          </w:sdt>
        </w:tc>
      </w:tr>
      <w:tr w:rsidR="00B40A78" w14:paraId="405B0E3C" w14:textId="77777777" w:rsidTr="0030166A">
        <w:trPr>
          <w:trHeight w:val="567"/>
        </w:trPr>
        <w:tc>
          <w:tcPr>
            <w:tcW w:w="3397" w:type="dxa"/>
          </w:tcPr>
          <w:p w14:paraId="2BB9D837" w14:textId="25970620" w:rsidR="00B40A78" w:rsidRPr="00685443" w:rsidRDefault="00B40A78" w:rsidP="003016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</w:t>
            </w:r>
            <w:r w:rsidRPr="00B40A78">
              <w:rPr>
                <w:sz w:val="24"/>
                <w:szCs w:val="24"/>
              </w:rPr>
              <w:t>avandatav tegelik täismass koos veosega</w:t>
            </w:r>
            <w:r>
              <w:rPr>
                <w:sz w:val="24"/>
                <w:szCs w:val="24"/>
              </w:rPr>
              <w:t xml:space="preserve"> (t)</w:t>
            </w:r>
          </w:p>
        </w:tc>
        <w:sdt>
          <w:sdtPr>
            <w:rPr>
              <w:rFonts w:ascii="Cambria" w:eastAsia="MS Mincho" w:hAnsi="Cambria" w:cs="Times New Roman"/>
              <w:sz w:val="24"/>
              <w:szCs w:val="24"/>
            </w:rPr>
            <w:id w:val="1962150976"/>
            <w:placeholder>
              <w:docPart w:val="861AF8635EDD4FE1B0224DAE6183171B"/>
            </w:placeholder>
            <w:text/>
          </w:sdtPr>
          <w:sdtContent>
            <w:tc>
              <w:tcPr>
                <w:tcW w:w="7188" w:type="dxa"/>
              </w:tcPr>
              <w:p w14:paraId="13A87346" w14:textId="50B5DE1C" w:rsidR="00B40A78" w:rsidRPr="00CF28EA" w:rsidRDefault="00B40A78" w:rsidP="0030166A">
                <w:pPr>
                  <w:rPr>
                    <w:sz w:val="24"/>
                    <w:szCs w:val="24"/>
                  </w:rPr>
                </w:pPr>
                <w:r w:rsidRPr="00B40A78">
                  <w:rPr>
                    <w:rFonts w:ascii="Cambria" w:eastAsia="MS Mincho" w:hAnsi="Cambria" w:cs="Times New Roman"/>
                    <w:sz w:val="24"/>
                    <w:szCs w:val="24"/>
                  </w:rPr>
                  <w:t xml:space="preserve"> Teksti sisestamiseks klõpsake või koputage siin.</w:t>
                </w:r>
              </w:p>
            </w:tc>
          </w:sdtContent>
        </w:sdt>
      </w:tr>
    </w:tbl>
    <w:p w14:paraId="6BB31A67" w14:textId="77777777" w:rsidR="00B40A78" w:rsidRDefault="00B40A78" w:rsidP="002F7E77">
      <w:pPr>
        <w:pStyle w:val="Pealkiri2"/>
        <w:spacing w:before="0" w:line="240" w:lineRule="auto"/>
        <w:rPr>
          <w:sz w:val="28"/>
          <w:szCs w:val="28"/>
        </w:rPr>
      </w:pPr>
    </w:p>
    <w:p w14:paraId="4601C9E8" w14:textId="7338E236" w:rsidR="0081580C" w:rsidRPr="00CF28EA" w:rsidRDefault="00754534" w:rsidP="002F7E77">
      <w:pPr>
        <w:pStyle w:val="Pealkiri2"/>
        <w:spacing w:before="0" w:line="240" w:lineRule="auto"/>
        <w:rPr>
          <w:sz w:val="28"/>
          <w:szCs w:val="28"/>
        </w:rPr>
      </w:pPr>
      <w:r w:rsidRPr="00CF28EA">
        <w:rPr>
          <w:sz w:val="28"/>
          <w:szCs w:val="28"/>
        </w:rPr>
        <w:t xml:space="preserve">3. </w:t>
      </w:r>
      <w:r w:rsidR="00B40A78">
        <w:rPr>
          <w:sz w:val="28"/>
          <w:szCs w:val="28"/>
        </w:rPr>
        <w:t>Taotlusele</w:t>
      </w:r>
      <w:r w:rsidR="00B40A78" w:rsidRPr="00B40A78">
        <w:rPr>
          <w:sz w:val="28"/>
          <w:szCs w:val="28"/>
        </w:rPr>
        <w:t xml:space="preserve"> lisatud (märkida lahter)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62"/>
        <w:gridCol w:w="10023"/>
      </w:tblGrid>
      <w:tr w:rsidR="007E1FB7" w14:paraId="24E0A4F4" w14:textId="14C11428" w:rsidTr="00AD2841">
        <w:trPr>
          <w:trHeight w:val="454"/>
        </w:trPr>
        <w:sdt>
          <w:sdtPr>
            <w:rPr>
              <w:sz w:val="32"/>
              <w:szCs w:val="32"/>
            </w:rPr>
            <w:id w:val="-1268850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2" w:type="dxa"/>
              </w:tcPr>
              <w:p w14:paraId="4D0DC8E4" w14:textId="16EC4D9D" w:rsidR="0061466E" w:rsidRPr="00132E18" w:rsidRDefault="00F84E2B" w:rsidP="002F7E77">
                <w:pPr>
                  <w:rPr>
                    <w:sz w:val="32"/>
                    <w:szCs w:val="32"/>
                  </w:rPr>
                </w:pPr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p>
            </w:tc>
          </w:sdtContent>
        </w:sdt>
        <w:tc>
          <w:tcPr>
            <w:tcW w:w="10023" w:type="dxa"/>
          </w:tcPr>
          <w:p w14:paraId="4E2F0A63" w14:textId="5E416B90" w:rsidR="007E1FB7" w:rsidRPr="00CF7CCE" w:rsidRDefault="00B40A78" w:rsidP="002F7E77">
            <w:pPr>
              <w:rPr>
                <w:sz w:val="24"/>
                <w:szCs w:val="24"/>
              </w:rPr>
            </w:pPr>
            <w:r w:rsidRPr="00B40A78">
              <w:rPr>
                <w:sz w:val="24"/>
                <w:szCs w:val="24"/>
              </w:rPr>
              <w:t>Volikiri</w:t>
            </w:r>
          </w:p>
        </w:tc>
      </w:tr>
      <w:tr w:rsidR="007E1FB7" w14:paraId="16B2EE0F" w14:textId="6A04D0DD" w:rsidTr="00AD2841">
        <w:trPr>
          <w:trHeight w:val="454"/>
        </w:trPr>
        <w:tc>
          <w:tcPr>
            <w:tcW w:w="562" w:type="dxa"/>
          </w:tcPr>
          <w:p w14:paraId="75F6C365" w14:textId="406C2D12" w:rsidR="007E1FB7" w:rsidRPr="00132E18" w:rsidRDefault="00FD1C5C" w:rsidP="002F7E77">
            <w:pPr>
              <w:rPr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1981614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4E2B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0023" w:type="dxa"/>
          </w:tcPr>
          <w:p w14:paraId="55CDA891" w14:textId="1435CB4A" w:rsidR="007E1FB7" w:rsidRPr="00CF7CCE" w:rsidRDefault="00B40A78" w:rsidP="002F7E77">
            <w:pPr>
              <w:rPr>
                <w:sz w:val="24"/>
                <w:szCs w:val="24"/>
              </w:rPr>
            </w:pPr>
            <w:r w:rsidRPr="00B40A78">
              <w:rPr>
                <w:sz w:val="24"/>
                <w:szCs w:val="24"/>
              </w:rPr>
              <w:t>Marsruudi kaart või skeem</w:t>
            </w:r>
          </w:p>
        </w:tc>
      </w:tr>
    </w:tbl>
    <w:p w14:paraId="2B30DE21" w14:textId="77777777" w:rsidR="002F7E77" w:rsidRDefault="002F7E77" w:rsidP="002F7E77">
      <w:pPr>
        <w:pStyle w:val="Pealkiri2"/>
        <w:spacing w:before="0" w:line="240" w:lineRule="auto"/>
        <w:rPr>
          <w:sz w:val="28"/>
          <w:szCs w:val="28"/>
        </w:rPr>
      </w:pPr>
    </w:p>
    <w:p w14:paraId="3B560BD1" w14:textId="00F6952C" w:rsidR="0081580C" w:rsidRPr="00CF28EA" w:rsidRDefault="00390A1A" w:rsidP="002F7E77">
      <w:pPr>
        <w:pStyle w:val="Pealkiri2"/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754534" w:rsidRPr="00CF28EA">
        <w:rPr>
          <w:sz w:val="28"/>
          <w:szCs w:val="28"/>
        </w:rPr>
        <w:t xml:space="preserve">. </w:t>
      </w:r>
      <w:r w:rsidR="00B40A78">
        <w:rPr>
          <w:sz w:val="28"/>
          <w:szCs w:val="28"/>
        </w:rPr>
        <w:t>Kinnitus</w:t>
      </w:r>
      <w:r w:rsidR="00CF28EA" w:rsidRPr="00CF28EA">
        <w:rPr>
          <w:sz w:val="28"/>
          <w:szCs w:val="28"/>
        </w:rPr>
        <w:t xml:space="preserve"> </w:t>
      </w:r>
      <w:r w:rsidR="003C51E3" w:rsidRPr="00CF28EA">
        <w:rPr>
          <w:sz w:val="28"/>
          <w:szCs w:val="28"/>
        </w:rPr>
        <w:t>(märkida lahter)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558"/>
        <w:gridCol w:w="10027"/>
      </w:tblGrid>
      <w:tr w:rsidR="00B40A78" w14:paraId="2BD26099" w14:textId="77777777" w:rsidTr="00B40A78">
        <w:trPr>
          <w:trHeight w:val="951"/>
        </w:trPr>
        <w:tc>
          <w:tcPr>
            <w:tcW w:w="558" w:type="dxa"/>
          </w:tcPr>
          <w:p w14:paraId="1FFC23E8" w14:textId="18B96FC2" w:rsidR="00B40A78" w:rsidRPr="00FE213B" w:rsidRDefault="00B40A78" w:rsidP="00AD2841">
            <w:pPr>
              <w:rPr>
                <w:rFonts w:ascii="Segoe UI Symbol" w:hAnsi="Segoe UI Symbol" w:cs="Segoe UI Symbol"/>
                <w:sz w:val="32"/>
                <w:szCs w:val="32"/>
              </w:rPr>
            </w:pPr>
            <w:sdt>
              <w:sdtPr>
                <w:rPr>
                  <w:sz w:val="32"/>
                  <w:szCs w:val="32"/>
                </w:rPr>
                <w:id w:val="-861044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</w:p>
        </w:tc>
        <w:tc>
          <w:tcPr>
            <w:tcW w:w="10027" w:type="dxa"/>
          </w:tcPr>
          <w:p w14:paraId="58400A27" w14:textId="58AD3B89" w:rsidR="00B40A78" w:rsidRPr="00CF7CCE" w:rsidRDefault="00B40A78" w:rsidP="00AD2841">
            <w:pPr>
              <w:rPr>
                <w:sz w:val="24"/>
                <w:szCs w:val="24"/>
              </w:rPr>
            </w:pPr>
            <w:r w:rsidRPr="00B40A78">
              <w:rPr>
                <w:sz w:val="24"/>
                <w:szCs w:val="24"/>
              </w:rPr>
              <w:t>Kinnitan, et taotluses esitatud andmed on õiged ning olen teadlik kohustusest järgida väljastatud teekasutusloa tingimusi, vältida tee ja selle rajatiste kahjustamist ning enda tegevusega tekitatud kahjustused kõrvaldada või hüvitada vastavalt kehtivatele õigusaktidele.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33B64770" w14:textId="77777777" w:rsidR="002F7E77" w:rsidRDefault="002F7E77" w:rsidP="002F7E77">
      <w:pPr>
        <w:pStyle w:val="Pealkiri2"/>
        <w:spacing w:before="0" w:line="240" w:lineRule="auto"/>
        <w:rPr>
          <w:sz w:val="28"/>
          <w:szCs w:val="28"/>
        </w:rPr>
      </w:pPr>
    </w:p>
    <w:p w14:paraId="224D2B28" w14:textId="0CC66FA8" w:rsidR="0081580C" w:rsidRPr="00CF28EA" w:rsidRDefault="00390A1A" w:rsidP="002F7E77">
      <w:pPr>
        <w:pStyle w:val="Pealkiri2"/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754534" w:rsidRPr="00CF28EA">
        <w:rPr>
          <w:sz w:val="28"/>
          <w:szCs w:val="28"/>
        </w:rPr>
        <w:t xml:space="preserve">. </w:t>
      </w:r>
      <w:r w:rsidR="009B7789">
        <w:rPr>
          <w:sz w:val="28"/>
          <w:szCs w:val="28"/>
        </w:rPr>
        <w:t xml:space="preserve">Kuupäev ja </w:t>
      </w:r>
      <w:r w:rsidR="00104347">
        <w:rPr>
          <w:sz w:val="28"/>
          <w:szCs w:val="28"/>
        </w:rPr>
        <w:t>a</w:t>
      </w:r>
      <w:r w:rsidR="00754534" w:rsidRPr="00CF28EA">
        <w:rPr>
          <w:sz w:val="28"/>
          <w:szCs w:val="28"/>
        </w:rPr>
        <w:t>llkiri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4797"/>
        <w:gridCol w:w="5788"/>
      </w:tblGrid>
      <w:tr w:rsidR="0081580C" w14:paraId="28152F5C" w14:textId="77777777" w:rsidTr="00CC38F2">
        <w:tc>
          <w:tcPr>
            <w:tcW w:w="4815" w:type="dxa"/>
          </w:tcPr>
          <w:p w14:paraId="057D6025" w14:textId="77777777" w:rsidR="0081580C" w:rsidRPr="00CF7CCE" w:rsidRDefault="00754534" w:rsidP="002F7E77">
            <w:pPr>
              <w:rPr>
                <w:sz w:val="24"/>
                <w:szCs w:val="24"/>
              </w:rPr>
            </w:pPr>
            <w:r w:rsidRPr="00CF7CCE">
              <w:rPr>
                <w:sz w:val="24"/>
                <w:szCs w:val="24"/>
              </w:rPr>
              <w:t>Kuupäev</w:t>
            </w:r>
          </w:p>
        </w:tc>
        <w:tc>
          <w:tcPr>
            <w:tcW w:w="5812" w:type="dxa"/>
          </w:tcPr>
          <w:p w14:paraId="35DE3147" w14:textId="5D00EAE7" w:rsidR="0081580C" w:rsidRPr="00CF7CCE" w:rsidRDefault="009B7789" w:rsidP="002F7E77">
            <w:pPr>
              <w:rPr>
                <w:sz w:val="24"/>
                <w:szCs w:val="24"/>
              </w:rPr>
            </w:pPr>
            <w:r w:rsidRPr="00CF7CCE">
              <w:rPr>
                <w:sz w:val="24"/>
                <w:szCs w:val="24"/>
              </w:rPr>
              <w:t>Allkiri</w:t>
            </w:r>
          </w:p>
        </w:tc>
      </w:tr>
      <w:tr w:rsidR="0081580C" w14:paraId="2BEA36F5" w14:textId="77777777" w:rsidTr="00AD2841">
        <w:trPr>
          <w:trHeight w:val="585"/>
        </w:trPr>
        <w:sdt>
          <w:sdtPr>
            <w:rPr>
              <w:sz w:val="24"/>
              <w:szCs w:val="24"/>
            </w:rPr>
            <w:id w:val="-162864587"/>
            <w:placeholder>
              <w:docPart w:val="DefaultPlaceholder_-1854013437"/>
            </w:placeholder>
            <w:date>
              <w:dateFormat w:val="dd.MM.yyyy"/>
              <w:lid w:val="et-EE"/>
              <w:storeMappedDataAs w:val="dateTime"/>
              <w:calendar w:val="gregorian"/>
            </w:date>
          </w:sdtPr>
          <w:sdtEndPr/>
          <w:sdtContent>
            <w:tc>
              <w:tcPr>
                <w:tcW w:w="4815" w:type="dxa"/>
              </w:tcPr>
              <w:p w14:paraId="4FC6A999" w14:textId="35FC12DC" w:rsidR="0081580C" w:rsidRPr="00CF7CCE" w:rsidRDefault="00F84E2B" w:rsidP="002F7E77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256721509"/>
            <w:placeholder>
              <w:docPart w:val="DefaultPlaceholder_-1854013440"/>
            </w:placeholder>
            <w:text/>
          </w:sdtPr>
          <w:sdtEndPr/>
          <w:sdtContent>
            <w:tc>
              <w:tcPr>
                <w:tcW w:w="5812" w:type="dxa"/>
              </w:tcPr>
              <w:p w14:paraId="13652FDF" w14:textId="03845715" w:rsidR="00685443" w:rsidRPr="00CF7CCE" w:rsidRDefault="00F84E2B" w:rsidP="00CF7CCE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 </w:t>
                </w:r>
              </w:p>
            </w:tc>
          </w:sdtContent>
        </w:sdt>
      </w:tr>
    </w:tbl>
    <w:p w14:paraId="5A8BB708" w14:textId="61952DF8" w:rsidR="00EF544E" w:rsidRDefault="00EF544E" w:rsidP="00A17196">
      <w:pPr>
        <w:spacing w:after="0" w:line="240" w:lineRule="auto"/>
        <w:rPr>
          <w:rFonts w:ascii="Cambria" w:eastAsia="MS Mincho" w:hAnsi="Cambria" w:cs="Times New Roman"/>
        </w:rPr>
      </w:pPr>
    </w:p>
    <w:sectPr w:rsidR="00EF544E" w:rsidSect="002F7E77">
      <w:headerReference w:type="default" r:id="rId8"/>
      <w:pgSz w:w="12240" w:h="15840"/>
      <w:pgMar w:top="0" w:right="794" w:bottom="284" w:left="851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1C4BE" w14:textId="77777777" w:rsidR="00FD1C5C" w:rsidRDefault="00FD1C5C" w:rsidP="00E47BBE">
      <w:pPr>
        <w:spacing w:after="0" w:line="240" w:lineRule="auto"/>
      </w:pPr>
      <w:r>
        <w:separator/>
      </w:r>
    </w:p>
  </w:endnote>
  <w:endnote w:type="continuationSeparator" w:id="0">
    <w:p w14:paraId="384A208B" w14:textId="77777777" w:rsidR="00FD1C5C" w:rsidRDefault="00FD1C5C" w:rsidP="00E47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1A4C5" w14:textId="77777777" w:rsidR="00FD1C5C" w:rsidRDefault="00FD1C5C" w:rsidP="00E47BBE">
      <w:pPr>
        <w:spacing w:after="0" w:line="240" w:lineRule="auto"/>
      </w:pPr>
      <w:r>
        <w:separator/>
      </w:r>
    </w:p>
  </w:footnote>
  <w:footnote w:type="continuationSeparator" w:id="0">
    <w:p w14:paraId="3EFBA948" w14:textId="77777777" w:rsidR="00FD1C5C" w:rsidRDefault="00FD1C5C" w:rsidP="00E47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9601C" w14:textId="67D26A4B" w:rsidR="00E47BBE" w:rsidRDefault="00E47BBE">
    <w:pPr>
      <w:pStyle w:val="Pis"/>
    </w:pPr>
    <w:r>
      <w:tab/>
      <w:t xml:space="preserve">                          </w:t>
    </w:r>
    <w:r>
      <w:rPr>
        <w:noProof/>
      </w:rPr>
      <w:drawing>
        <wp:inline distT="0" distB="0" distL="0" distR="0" wp14:anchorId="5D0F6F7D" wp14:editId="71C9AD90">
          <wp:extent cx="713105" cy="713105"/>
          <wp:effectExtent l="0" t="0" r="0" b="0"/>
          <wp:docPr id="648918354" name="Pil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10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oendi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oendi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oenditpp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oenditpp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oendi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oenditp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6010E31"/>
    <w:multiLevelType w:val="multilevel"/>
    <w:tmpl w:val="5F6E8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5859058">
    <w:abstractNumId w:val="8"/>
  </w:num>
  <w:num w:numId="2" w16cid:durableId="491066066">
    <w:abstractNumId w:val="6"/>
  </w:num>
  <w:num w:numId="3" w16cid:durableId="212667839">
    <w:abstractNumId w:val="5"/>
  </w:num>
  <w:num w:numId="4" w16cid:durableId="934050458">
    <w:abstractNumId w:val="4"/>
  </w:num>
  <w:num w:numId="5" w16cid:durableId="1109010038">
    <w:abstractNumId w:val="7"/>
  </w:num>
  <w:num w:numId="6" w16cid:durableId="395132292">
    <w:abstractNumId w:val="3"/>
  </w:num>
  <w:num w:numId="7" w16cid:durableId="1209222104">
    <w:abstractNumId w:val="2"/>
  </w:num>
  <w:num w:numId="8" w16cid:durableId="942806882">
    <w:abstractNumId w:val="1"/>
  </w:num>
  <w:num w:numId="9" w16cid:durableId="694503705">
    <w:abstractNumId w:val="0"/>
  </w:num>
  <w:num w:numId="10" w16cid:durableId="17110317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QTZqif4N0gpPg4Im7gofHRw3wez0gpDdccSreM7RKk1T2DfX+ZQmuonbQOdgnJPg4Zm1uytBA2aVntTpxQUgVQ==" w:salt="jJUHUSpQSej6xJ4DvJ9fG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2EF"/>
    <w:rsid w:val="0006063C"/>
    <w:rsid w:val="0007268D"/>
    <w:rsid w:val="000732C4"/>
    <w:rsid w:val="00075FC1"/>
    <w:rsid w:val="00091F66"/>
    <w:rsid w:val="000964AB"/>
    <w:rsid w:val="000A6AC3"/>
    <w:rsid w:val="000C45D6"/>
    <w:rsid w:val="000E0B82"/>
    <w:rsid w:val="00104347"/>
    <w:rsid w:val="00132E18"/>
    <w:rsid w:val="0015074B"/>
    <w:rsid w:val="001513B5"/>
    <w:rsid w:val="00154715"/>
    <w:rsid w:val="00195F27"/>
    <w:rsid w:val="001A36AC"/>
    <w:rsid w:val="001E1989"/>
    <w:rsid w:val="00216E48"/>
    <w:rsid w:val="00232D63"/>
    <w:rsid w:val="00247227"/>
    <w:rsid w:val="002626CF"/>
    <w:rsid w:val="0029639D"/>
    <w:rsid w:val="002A2B02"/>
    <w:rsid w:val="002F7E77"/>
    <w:rsid w:val="003053BA"/>
    <w:rsid w:val="0030734B"/>
    <w:rsid w:val="00322978"/>
    <w:rsid w:val="00326F90"/>
    <w:rsid w:val="00363105"/>
    <w:rsid w:val="00390A1A"/>
    <w:rsid w:val="003A7B69"/>
    <w:rsid w:val="003C4DAD"/>
    <w:rsid w:val="003C51E3"/>
    <w:rsid w:val="00403B73"/>
    <w:rsid w:val="00462663"/>
    <w:rsid w:val="00470AEB"/>
    <w:rsid w:val="00493C9C"/>
    <w:rsid w:val="004A1CA3"/>
    <w:rsid w:val="004C73D0"/>
    <w:rsid w:val="0051191A"/>
    <w:rsid w:val="00526D57"/>
    <w:rsid w:val="00582EC5"/>
    <w:rsid w:val="00583913"/>
    <w:rsid w:val="005A6516"/>
    <w:rsid w:val="005E4410"/>
    <w:rsid w:val="0061466E"/>
    <w:rsid w:val="00615049"/>
    <w:rsid w:val="00655C56"/>
    <w:rsid w:val="00662DE0"/>
    <w:rsid w:val="00685443"/>
    <w:rsid w:val="00685EA2"/>
    <w:rsid w:val="00686624"/>
    <w:rsid w:val="006A657C"/>
    <w:rsid w:val="00754534"/>
    <w:rsid w:val="007A56C7"/>
    <w:rsid w:val="007E1FB7"/>
    <w:rsid w:val="0081580C"/>
    <w:rsid w:val="008254BE"/>
    <w:rsid w:val="0084135F"/>
    <w:rsid w:val="00851C2C"/>
    <w:rsid w:val="0085519E"/>
    <w:rsid w:val="00892C25"/>
    <w:rsid w:val="008E1C48"/>
    <w:rsid w:val="008E4020"/>
    <w:rsid w:val="00920DD8"/>
    <w:rsid w:val="009422D3"/>
    <w:rsid w:val="00962D18"/>
    <w:rsid w:val="00965D66"/>
    <w:rsid w:val="00971FDF"/>
    <w:rsid w:val="00984A30"/>
    <w:rsid w:val="009B7789"/>
    <w:rsid w:val="009C09AB"/>
    <w:rsid w:val="00A06D8E"/>
    <w:rsid w:val="00A17196"/>
    <w:rsid w:val="00A17385"/>
    <w:rsid w:val="00A24431"/>
    <w:rsid w:val="00A528BD"/>
    <w:rsid w:val="00A5411B"/>
    <w:rsid w:val="00A73DA8"/>
    <w:rsid w:val="00A813E9"/>
    <w:rsid w:val="00A84DDA"/>
    <w:rsid w:val="00A872E8"/>
    <w:rsid w:val="00AA1D8D"/>
    <w:rsid w:val="00AB486B"/>
    <w:rsid w:val="00AD2841"/>
    <w:rsid w:val="00B40A78"/>
    <w:rsid w:val="00B47730"/>
    <w:rsid w:val="00B6153E"/>
    <w:rsid w:val="00BA04CF"/>
    <w:rsid w:val="00BB7547"/>
    <w:rsid w:val="00BC092A"/>
    <w:rsid w:val="00BC48D0"/>
    <w:rsid w:val="00C20B46"/>
    <w:rsid w:val="00C41177"/>
    <w:rsid w:val="00CB0664"/>
    <w:rsid w:val="00CC38F2"/>
    <w:rsid w:val="00CF28EA"/>
    <w:rsid w:val="00CF7CCE"/>
    <w:rsid w:val="00D21C29"/>
    <w:rsid w:val="00D87F34"/>
    <w:rsid w:val="00DA302C"/>
    <w:rsid w:val="00DB5C9B"/>
    <w:rsid w:val="00DE4F1F"/>
    <w:rsid w:val="00DE5FD0"/>
    <w:rsid w:val="00E1430D"/>
    <w:rsid w:val="00E17175"/>
    <w:rsid w:val="00E47BBE"/>
    <w:rsid w:val="00E8146E"/>
    <w:rsid w:val="00E8227E"/>
    <w:rsid w:val="00E906AB"/>
    <w:rsid w:val="00E9505E"/>
    <w:rsid w:val="00EA15C9"/>
    <w:rsid w:val="00EC28CD"/>
    <w:rsid w:val="00ED4DDD"/>
    <w:rsid w:val="00EF544E"/>
    <w:rsid w:val="00F048A5"/>
    <w:rsid w:val="00F47B21"/>
    <w:rsid w:val="00F5551B"/>
    <w:rsid w:val="00F66161"/>
    <w:rsid w:val="00F84E2B"/>
    <w:rsid w:val="00F90F32"/>
    <w:rsid w:val="00FA74D4"/>
    <w:rsid w:val="00FB631C"/>
    <w:rsid w:val="00FC693F"/>
    <w:rsid w:val="00FD1C5C"/>
    <w:rsid w:val="00FD383D"/>
    <w:rsid w:val="00FE213B"/>
    <w:rsid w:val="00FE556B"/>
    <w:rsid w:val="00FF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07E347"/>
  <w14:defaultImageDpi w14:val="330"/>
  <w15:docId w15:val="{60C44B57-C9F3-44A1-A2ED-EAFAD236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B40A78"/>
  </w:style>
  <w:style w:type="paragraph" w:styleId="Pealkiri1">
    <w:name w:val="heading 1"/>
    <w:basedOn w:val="Normaallaad"/>
    <w:next w:val="Normaallaad"/>
    <w:link w:val="Pealkiri1Mr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E618BF"/>
  </w:style>
  <w:style w:type="paragraph" w:styleId="Jalus">
    <w:name w:val="footer"/>
    <w:basedOn w:val="Normaallaad"/>
    <w:link w:val="JalusMr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E618BF"/>
  </w:style>
  <w:style w:type="paragraph" w:styleId="Vahedeta">
    <w:name w:val="No Spacing"/>
    <w:uiPriority w:val="1"/>
    <w:qFormat/>
    <w:rsid w:val="00FC693F"/>
    <w:pPr>
      <w:spacing w:after="0" w:line="240" w:lineRule="auto"/>
    </w:pPr>
  </w:style>
  <w:style w:type="character" w:customStyle="1" w:styleId="Pealkiri1Mrk">
    <w:name w:val="Pealkiri 1 Märk"/>
    <w:basedOn w:val="Liguvaikefont"/>
    <w:link w:val="Pealkiri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oendilik">
    <w:name w:val="List Paragraph"/>
    <w:basedOn w:val="Normaallaad"/>
    <w:uiPriority w:val="34"/>
    <w:qFormat/>
    <w:rsid w:val="00FC693F"/>
    <w:pPr>
      <w:ind w:left="720"/>
      <w:contextualSpacing/>
    </w:pPr>
  </w:style>
  <w:style w:type="paragraph" w:styleId="Kehatekst">
    <w:name w:val="Body Text"/>
    <w:basedOn w:val="Normaallaad"/>
    <w:link w:val="KehatekstMrk"/>
    <w:uiPriority w:val="99"/>
    <w:unhideWhenUsed/>
    <w:rsid w:val="00AA1D8D"/>
    <w:pPr>
      <w:spacing w:after="120"/>
    </w:pPr>
  </w:style>
  <w:style w:type="character" w:customStyle="1" w:styleId="KehatekstMrk">
    <w:name w:val="Kehatekst Märk"/>
    <w:basedOn w:val="Liguvaikefont"/>
    <w:link w:val="Kehatekst"/>
    <w:uiPriority w:val="99"/>
    <w:rsid w:val="00AA1D8D"/>
  </w:style>
  <w:style w:type="paragraph" w:styleId="Kehatekst2">
    <w:name w:val="Body Text 2"/>
    <w:basedOn w:val="Normaallaad"/>
    <w:link w:val="Kehatekst2Mrk"/>
    <w:uiPriority w:val="99"/>
    <w:unhideWhenUsed/>
    <w:rsid w:val="00AA1D8D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rsid w:val="00AA1D8D"/>
  </w:style>
  <w:style w:type="paragraph" w:styleId="Kehatekst3">
    <w:name w:val="Body Text 3"/>
    <w:basedOn w:val="Normaallaad"/>
    <w:link w:val="Kehatekst3Mr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uiPriority w:val="99"/>
    <w:rsid w:val="00AA1D8D"/>
    <w:rPr>
      <w:sz w:val="16"/>
      <w:szCs w:val="16"/>
    </w:rPr>
  </w:style>
  <w:style w:type="paragraph" w:styleId="Loend">
    <w:name w:val="List"/>
    <w:basedOn w:val="Normaallaad"/>
    <w:uiPriority w:val="99"/>
    <w:unhideWhenUsed/>
    <w:rsid w:val="00AA1D8D"/>
    <w:pPr>
      <w:ind w:left="360" w:hanging="360"/>
      <w:contextualSpacing/>
    </w:pPr>
  </w:style>
  <w:style w:type="paragraph" w:styleId="Loend2">
    <w:name w:val="List 2"/>
    <w:basedOn w:val="Normaallaad"/>
    <w:uiPriority w:val="99"/>
    <w:unhideWhenUsed/>
    <w:rsid w:val="00326F90"/>
    <w:pPr>
      <w:ind w:left="720" w:hanging="360"/>
      <w:contextualSpacing/>
    </w:pPr>
  </w:style>
  <w:style w:type="paragraph" w:styleId="Loend3">
    <w:name w:val="List 3"/>
    <w:basedOn w:val="Normaallaad"/>
    <w:uiPriority w:val="99"/>
    <w:unhideWhenUsed/>
    <w:rsid w:val="00326F90"/>
    <w:pPr>
      <w:ind w:left="1080" w:hanging="360"/>
      <w:contextualSpacing/>
    </w:pPr>
  </w:style>
  <w:style w:type="paragraph" w:styleId="Loenditpp">
    <w:name w:val="List Bullet"/>
    <w:basedOn w:val="Normaallaad"/>
    <w:uiPriority w:val="99"/>
    <w:unhideWhenUsed/>
    <w:rsid w:val="00326F90"/>
    <w:pPr>
      <w:numPr>
        <w:numId w:val="1"/>
      </w:numPr>
      <w:contextualSpacing/>
    </w:pPr>
  </w:style>
  <w:style w:type="paragraph" w:styleId="Loenditpp2">
    <w:name w:val="List Bullet 2"/>
    <w:basedOn w:val="Normaallaad"/>
    <w:uiPriority w:val="99"/>
    <w:unhideWhenUsed/>
    <w:rsid w:val="00326F90"/>
    <w:pPr>
      <w:numPr>
        <w:numId w:val="2"/>
      </w:numPr>
      <w:contextualSpacing/>
    </w:pPr>
  </w:style>
  <w:style w:type="paragraph" w:styleId="Loenditpp3">
    <w:name w:val="List Bullet 3"/>
    <w:basedOn w:val="Normaallaad"/>
    <w:uiPriority w:val="99"/>
    <w:unhideWhenUsed/>
    <w:rsid w:val="00326F90"/>
    <w:pPr>
      <w:numPr>
        <w:numId w:val="3"/>
      </w:numPr>
      <w:contextualSpacing/>
    </w:pPr>
  </w:style>
  <w:style w:type="paragraph" w:styleId="Loendinumber">
    <w:name w:val="List Number"/>
    <w:basedOn w:val="Normaallaad"/>
    <w:uiPriority w:val="99"/>
    <w:unhideWhenUsed/>
    <w:rsid w:val="00326F90"/>
    <w:pPr>
      <w:numPr>
        <w:numId w:val="5"/>
      </w:numPr>
      <w:contextualSpacing/>
    </w:pPr>
  </w:style>
  <w:style w:type="paragraph" w:styleId="Loendinumber2">
    <w:name w:val="List Number 2"/>
    <w:basedOn w:val="Normaallaad"/>
    <w:uiPriority w:val="99"/>
    <w:unhideWhenUsed/>
    <w:rsid w:val="0029639D"/>
    <w:pPr>
      <w:numPr>
        <w:numId w:val="6"/>
      </w:numPr>
      <w:contextualSpacing/>
    </w:pPr>
  </w:style>
  <w:style w:type="paragraph" w:styleId="Loendinumber3">
    <w:name w:val="List Number 3"/>
    <w:basedOn w:val="Normaallaad"/>
    <w:uiPriority w:val="99"/>
    <w:unhideWhenUsed/>
    <w:rsid w:val="0029639D"/>
    <w:pPr>
      <w:numPr>
        <w:numId w:val="7"/>
      </w:numPr>
      <w:contextualSpacing/>
    </w:pPr>
  </w:style>
  <w:style w:type="paragraph" w:styleId="Loendijtk">
    <w:name w:val="List Continue"/>
    <w:basedOn w:val="Normaallaad"/>
    <w:uiPriority w:val="99"/>
    <w:unhideWhenUsed/>
    <w:rsid w:val="0029639D"/>
    <w:pPr>
      <w:spacing w:after="120"/>
      <w:ind w:left="360"/>
      <w:contextualSpacing/>
    </w:pPr>
  </w:style>
  <w:style w:type="paragraph" w:styleId="Loendijtk2">
    <w:name w:val="List Continue 2"/>
    <w:basedOn w:val="Normaallaad"/>
    <w:uiPriority w:val="99"/>
    <w:unhideWhenUsed/>
    <w:rsid w:val="0029639D"/>
    <w:pPr>
      <w:spacing w:after="120"/>
      <w:ind w:left="720"/>
      <w:contextualSpacing/>
    </w:pPr>
  </w:style>
  <w:style w:type="paragraph" w:styleId="Loendijtk3">
    <w:name w:val="List Continue 3"/>
    <w:basedOn w:val="Normaallaad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Mr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Mrk">
    <w:name w:val="Makrotekst Märk"/>
    <w:basedOn w:val="Liguvaikefon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FC693F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FC693F"/>
    <w:rPr>
      <w:i/>
      <w:iCs/>
      <w:color w:val="000000" w:themeColor="tex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ugev">
    <w:name w:val="Strong"/>
    <w:basedOn w:val="Liguvaikefont"/>
    <w:uiPriority w:val="22"/>
    <w:qFormat/>
    <w:rsid w:val="00FC693F"/>
    <w:rPr>
      <w:b/>
      <w:bCs/>
    </w:rPr>
  </w:style>
  <w:style w:type="character" w:styleId="Rhutus">
    <w:name w:val="Emphasis"/>
    <w:basedOn w:val="Liguvaikefont"/>
    <w:uiPriority w:val="20"/>
    <w:qFormat/>
    <w:rsid w:val="00FC693F"/>
    <w:rPr>
      <w:i/>
      <w:iCs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FC693F"/>
    <w:rPr>
      <w:b/>
      <w:bCs/>
      <w:i/>
      <w:iCs/>
      <w:color w:val="4F81BD" w:themeColor="accent1"/>
    </w:rPr>
  </w:style>
  <w:style w:type="character" w:styleId="Vaevumrgatavrhutus">
    <w:name w:val="Subtle Emphasis"/>
    <w:basedOn w:val="Liguvaikefont"/>
    <w:uiPriority w:val="19"/>
    <w:qFormat/>
    <w:rsid w:val="00FC693F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FC693F"/>
    <w:rPr>
      <w:b/>
      <w:bCs/>
      <w:i/>
      <w:iCs/>
      <w:color w:val="4F81BD" w:themeColor="accent1"/>
    </w:rPr>
  </w:style>
  <w:style w:type="character" w:styleId="Vaevumrgatavviide">
    <w:name w:val="Subtle Reference"/>
    <w:basedOn w:val="Liguvaikefont"/>
    <w:uiPriority w:val="31"/>
    <w:qFormat/>
    <w:rsid w:val="00FC693F"/>
    <w:rPr>
      <w:smallCaps/>
      <w:color w:val="C0504D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FC693F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FC693F"/>
    <w:pPr>
      <w:outlineLvl w:val="9"/>
    </w:pPr>
  </w:style>
  <w:style w:type="table" w:styleId="Kontuurtabel">
    <w:name w:val="Table Grid"/>
    <w:basedOn w:val="Normaal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evarjustus">
    <w:name w:val="Light Shading"/>
    <w:basedOn w:val="Normaal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evarjustusrhk1">
    <w:name w:val="Light Shading Accent 1"/>
    <w:basedOn w:val="Normaal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evarjustusrhk2">
    <w:name w:val="Light Shading Accent 2"/>
    <w:basedOn w:val="Normaal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evarjustusrhk3">
    <w:name w:val="Light Shading Accent 3"/>
    <w:basedOn w:val="Normaal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evarjustusrhk4">
    <w:name w:val="Light Shading Accent 4"/>
    <w:basedOn w:val="Normaal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evarjustusrhk5">
    <w:name w:val="Light Shading Accent 5"/>
    <w:basedOn w:val="Normaal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evarjustusrhk6">
    <w:name w:val="Light Shading Accent 6"/>
    <w:basedOn w:val="Normaal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eloend">
    <w:name w:val="Light List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eloendrhk1">
    <w:name w:val="Light List Accent 1"/>
    <w:basedOn w:val="Normaal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eloendrhk2">
    <w:name w:val="Light List Accent 2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eloendrhk3">
    <w:name w:val="Light List Accent 3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eloendrhk4">
    <w:name w:val="Light List Accent 4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eloendrhk5">
    <w:name w:val="Light List Accent 5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eloendrhk6">
    <w:name w:val="Light List Accent 6"/>
    <w:basedOn w:val="Normaal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ekoordinaatvrk">
    <w:name w:val="Light Grid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ekoordinaatvrkrhk1">
    <w:name w:val="Light Grid Accent 1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ekoordinaatvrkrhk2">
    <w:name w:val="Light Grid Accent 2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ekoordinaatvrkrhk3">
    <w:name w:val="Light Grid Accent 3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ekoordinaatvrkrhk4">
    <w:name w:val="Light Grid Accent 4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ekoordinaatvrkrhk5">
    <w:name w:val="Light Grid Accent 5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ekoordinaatvrkrhk6">
    <w:name w:val="Light Grid Accent 6"/>
    <w:basedOn w:val="Normaal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eskminevarjustus1">
    <w:name w:val="Medium Shading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1">
    <w:name w:val="Medium Shading 1 Accent 1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2">
    <w:name w:val="Medium Shading 1 Accent 2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3">
    <w:name w:val="Medium Shading 1 Accent 3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4">
    <w:name w:val="Medium Shading 1 Accent 4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5">
    <w:name w:val="Medium Shading 1 Accent 5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1rhk6">
    <w:name w:val="Medium Shading 1 Accent 6"/>
    <w:basedOn w:val="Normaal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eskminevarjustus2">
    <w:name w:val="Medium Shading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1">
    <w:name w:val="Medium Shading 2 Accent 1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2">
    <w:name w:val="Medium Shading 2 Accent 2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3">
    <w:name w:val="Medium Shading 2 Accent 3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4">
    <w:name w:val="Medium Shading 2 Accent 4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5">
    <w:name w:val="Medium Shading 2 Accent 5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varjustus2rhk6">
    <w:name w:val="Medium Shading 2 Accent 6"/>
    <w:basedOn w:val="Normaal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eskmineloend1">
    <w:name w:val="Medium Lis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eskmineloend1rhk1">
    <w:name w:val="Medium List 1 Accent 1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eskmineloend1rhk2">
    <w:name w:val="Medium List 1 Accent 2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eskmineloend1rhk3">
    <w:name w:val="Medium List 1 Accent 3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eskmineloend1rhk4">
    <w:name w:val="Medium List 1 Accent 4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eskmineloend1rhk5">
    <w:name w:val="Medium List 1 Accent 5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eskmineloend1rhk6">
    <w:name w:val="Medium List 1 Accent 6"/>
    <w:basedOn w:val="Normaal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eskmineloend2">
    <w:name w:val="Medium Lis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1">
    <w:name w:val="Medium List 2 Accent 1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2">
    <w:name w:val="Medium List 2 Accent 2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3">
    <w:name w:val="Medium List 2 Accent 3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4">
    <w:name w:val="Medium List 2 Accent 4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5">
    <w:name w:val="Medium List 2 Accent 5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loend2rhk6">
    <w:name w:val="Medium List 2 Accent 6"/>
    <w:basedOn w:val="Normaal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eskminekoordinaatvrk1">
    <w:name w:val="Medium Grid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eskminekoordinaatvrk1rhk1">
    <w:name w:val="Medium Grid 1 Accent 1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eskminekoordinaatvrk1rhk2">
    <w:name w:val="Medium Grid 1 Accent 2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eskminekoordinaatvrk1rhk3">
    <w:name w:val="Medium Grid 1 Accent 3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eskminekoordinaatvrk1rhk4">
    <w:name w:val="Medium Grid 1 Accent 4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eskminekoordinaatvrk1rhk5">
    <w:name w:val="Medium Grid 1 Accent 5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eskminekoordinaatvrk1rhk6">
    <w:name w:val="Medium Grid 1 Accent 6"/>
    <w:basedOn w:val="Normaal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eskminekoordinaatvrk2">
    <w:name w:val="Medium Grid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1">
    <w:name w:val="Medium Grid 2 Accent 1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2">
    <w:name w:val="Medium Grid 2 Accent 2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3">
    <w:name w:val="Medium Grid 2 Accent 3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4">
    <w:name w:val="Medium Grid 2 Accent 4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5">
    <w:name w:val="Medium Grid 2 Accent 5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2rhk6">
    <w:name w:val="Medium Grid 2 Accent 6"/>
    <w:basedOn w:val="Normaal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eskminekoordinaatvrk3">
    <w:name w:val="Medium Grid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eskminekoordinaatvrk3rhk1">
    <w:name w:val="Medium Grid 3 Accent 1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eskminekoordinaatvrk3rhk2">
    <w:name w:val="Medium Grid 3 Accent 2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eskminekoordinaatvrk3rhk3">
    <w:name w:val="Medium Grid 3 Accent 3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eskminekoordinaatvrk3rhk4">
    <w:name w:val="Medium Grid 3 Accent 4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eskminekoordinaatvrk3rhk5">
    <w:name w:val="Medium Grid 3 Accent 5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eskminekoordinaatvrk3rhk6">
    <w:name w:val="Medium Grid 3 Accent 6"/>
    <w:basedOn w:val="Normaal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umeloend">
    <w:name w:val="Dark List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umeloendrhk1">
    <w:name w:val="Dark List Accent 1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umeloendrhk2">
    <w:name w:val="Dark List Accent 2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umeloendrhk3">
    <w:name w:val="Dark List Accent 3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umeloendrhk4">
    <w:name w:val="Dark List Accent 4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umeloendrhk5">
    <w:name w:val="Dark List Accent 5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umeloendrhk6">
    <w:name w:val="Dark List Accent 6"/>
    <w:basedOn w:val="Normaal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Vrvilinevarjustus">
    <w:name w:val="Colorful Shading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1">
    <w:name w:val="Colorful Shading Accent 1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2">
    <w:name w:val="Colorful Shading Accent 2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3">
    <w:name w:val="Colorful Shading Accent 3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varjustusrhk4">
    <w:name w:val="Colorful Shading Accent 4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5">
    <w:name w:val="Colorful Shading Accent 5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varjustusrhk6">
    <w:name w:val="Colorful Shading Accent 6"/>
    <w:basedOn w:val="Normaal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Vrvilineloend">
    <w:name w:val="Colorful List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Vrvilineloendrhk1">
    <w:name w:val="Colorful List Accent 1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Vrvilineloendrhk2">
    <w:name w:val="Colorful List Accent 2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Vrvilineloendrhk3">
    <w:name w:val="Colorful List Accent 3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Vrvilineloendrhk4">
    <w:name w:val="Colorful List Accent 4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Vrvilineloendrhk5">
    <w:name w:val="Colorful List Accent 5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Vrvilineloendrhk6">
    <w:name w:val="Colorful List Accent 6"/>
    <w:basedOn w:val="Normaal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Vrvilinekoordinaatvrk">
    <w:name w:val="Colorful Grid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Vrvilinekoordinaatvrkrhk1">
    <w:name w:val="Colorful Grid Accent 1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Vrvilinekoordinaatvrkrhk2">
    <w:name w:val="Colorful Grid Accent 2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Vrvilinekoordinaatvrkrhk3">
    <w:name w:val="Colorful Grid Accent 3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Vrvilinekoordinaatvrkrhk4">
    <w:name w:val="Colorful Grid Accent 4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Vrvilinekoordinaatvrkrhk5">
    <w:name w:val="Colorful Grid Accent 5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Vrvilinekoordinaatvrkrhk6">
    <w:name w:val="Colorful Grid Accent 6"/>
    <w:basedOn w:val="Normaal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ohatitetekst">
    <w:name w:val="Placeholder Text"/>
    <w:basedOn w:val="Liguvaikefont"/>
    <w:uiPriority w:val="99"/>
    <w:semiHidden/>
    <w:rsid w:val="0036310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5A97122-C8AB-4A94-BFC2-C1B4BBAC6E7C}"/>
      </w:docPartPr>
      <w:docPartBody>
        <w:p w:rsidR="008D5E37" w:rsidRDefault="008D5E37">
          <w:r w:rsidRPr="00624A68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0A8664BDB62749FF9D14FA1A987EB82B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684EC97-D949-47A1-842A-0820F35C9F78}"/>
      </w:docPartPr>
      <w:docPartBody>
        <w:p w:rsidR="00F3349D" w:rsidRDefault="00E40843" w:rsidP="00E40843">
          <w:pPr>
            <w:pStyle w:val="0A8664BDB62749FF9D14FA1A987EB82B1"/>
          </w:pPr>
          <w:r w:rsidRPr="00624A68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45650FE609454FD5B060FBE935D6D4E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52DFBEB-39BF-4965-B663-E9949EC31A02}"/>
      </w:docPartPr>
      <w:docPartBody>
        <w:p w:rsidR="00F3349D" w:rsidRDefault="00E40843" w:rsidP="00E40843">
          <w:pPr>
            <w:pStyle w:val="45650FE609454FD5B060FBE935D6D4E71"/>
          </w:pPr>
          <w:r w:rsidRPr="00624A68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DefaultPlaceholder_-185401343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E9F8FD9-0B0F-4754-84B8-504F86E37936}"/>
      </w:docPartPr>
      <w:docPartBody>
        <w:p w:rsidR="00E40843" w:rsidRDefault="00E40843">
          <w:r w:rsidRPr="00B13558">
            <w:rPr>
              <w:rStyle w:val="Kohatitetekst"/>
            </w:rPr>
            <w:t>Klõpsake või koputage kuupäeva sisestamiseks.</w:t>
          </w:r>
        </w:p>
      </w:docPartBody>
    </w:docPart>
    <w:docPart>
      <w:docPartPr>
        <w:name w:val="1E488EBBB6BC40A09A8BCB0B771F89D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1D69F92-D0F0-4172-8651-BA1FF9C4E1A5}"/>
      </w:docPartPr>
      <w:docPartBody>
        <w:p w:rsidR="004E2F0A" w:rsidRDefault="00E1148B" w:rsidP="00E1148B">
          <w:pPr>
            <w:pStyle w:val="1E488EBBB6BC40A09A8BCB0B771F89D9"/>
          </w:pPr>
          <w:r w:rsidRPr="00624A68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861AF8635EDD4FE1B0224DAE6183171B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5ED3816-49D6-47D1-B421-36D96EDD3226}"/>
      </w:docPartPr>
      <w:docPartBody>
        <w:p w:rsidR="004E2F0A" w:rsidRDefault="00E1148B" w:rsidP="00E1148B">
          <w:pPr>
            <w:pStyle w:val="861AF8635EDD4FE1B0224DAE6183171B"/>
          </w:pPr>
          <w:r w:rsidRPr="00624A68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29B418291D134960BD54425058265BC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BC06683-EF6D-4E3D-A7FD-AA9C85FB70AA}"/>
      </w:docPartPr>
      <w:docPartBody>
        <w:p w:rsidR="004E2F0A" w:rsidRDefault="00E1148B" w:rsidP="00E1148B">
          <w:pPr>
            <w:pStyle w:val="29B418291D134960BD54425058265BC6"/>
          </w:pPr>
          <w:r w:rsidRPr="00624A68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65A6FCB23F574556BBBA8D719CC359E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0FCF66D3-9C39-4D49-8059-4F1821E4B499}"/>
      </w:docPartPr>
      <w:docPartBody>
        <w:p w:rsidR="004E2F0A" w:rsidRDefault="00E1148B" w:rsidP="00E1148B">
          <w:pPr>
            <w:pStyle w:val="65A6FCB23F574556BBBA8D719CC359EE"/>
          </w:pPr>
          <w:r w:rsidRPr="00624A68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8A3AD170CEDF48E28ED81387EE470E0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D3DB925-2C4C-4B82-8448-693AB1401062}"/>
      </w:docPartPr>
      <w:docPartBody>
        <w:p w:rsidR="004E2F0A" w:rsidRDefault="00E1148B" w:rsidP="00E1148B">
          <w:pPr>
            <w:pStyle w:val="8A3AD170CEDF48E28ED81387EE470E05"/>
          </w:pPr>
          <w:r w:rsidRPr="00624A68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07A0FBF4323C4D559D8335F2F6B2E09C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C296892-2E43-41CE-B40F-A903DCCF6C0A}"/>
      </w:docPartPr>
      <w:docPartBody>
        <w:p w:rsidR="004E2F0A" w:rsidRDefault="00E1148B" w:rsidP="00E1148B">
          <w:pPr>
            <w:pStyle w:val="07A0FBF4323C4D559D8335F2F6B2E09C"/>
          </w:pPr>
          <w:r w:rsidRPr="00624A68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17398864143F4478A58E9C1E2112E78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25F1869-4741-4293-B446-4B8D217E7880}"/>
      </w:docPartPr>
      <w:docPartBody>
        <w:p w:rsidR="004E2F0A" w:rsidRDefault="00E1148B" w:rsidP="00E1148B">
          <w:pPr>
            <w:pStyle w:val="17398864143F4478A58E9C1E2112E786"/>
          </w:pPr>
          <w:r w:rsidRPr="00624A68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DB6B86E0C7CC477ABC3EFCB5E2B65304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6AA9610-E1C3-480C-B8D6-826B4F7A7B44}"/>
      </w:docPartPr>
      <w:docPartBody>
        <w:p w:rsidR="004E2F0A" w:rsidRDefault="00E1148B" w:rsidP="00E1148B">
          <w:pPr>
            <w:pStyle w:val="DB6B86E0C7CC477ABC3EFCB5E2B65304"/>
          </w:pPr>
          <w:r w:rsidRPr="00624A68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BED4ABEB529942EE9C43AD05339BCC1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5AE3E3F-5A88-4522-BF34-1130C78D10A3}"/>
      </w:docPartPr>
      <w:docPartBody>
        <w:p w:rsidR="004E2F0A" w:rsidRDefault="00E1148B" w:rsidP="00E1148B">
          <w:pPr>
            <w:pStyle w:val="BED4ABEB529942EE9C43AD05339BCC19"/>
          </w:pPr>
          <w:r w:rsidRPr="00624A68">
            <w:rPr>
              <w:rStyle w:val="Kohatitetekst"/>
            </w:rPr>
            <w:t>Teksti sisestamiseks klõpsake või koputage siin.</w:t>
          </w:r>
        </w:p>
      </w:docPartBody>
    </w:docPart>
    <w:docPart>
      <w:docPartPr>
        <w:name w:val="76815A1AC5A24941815A501D7BFAF2A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6C6DB0D-92BE-4D36-BCD0-18F36037BAA6}"/>
      </w:docPartPr>
      <w:docPartBody>
        <w:p w:rsidR="004E2F0A" w:rsidRDefault="00E1148B" w:rsidP="00E1148B">
          <w:pPr>
            <w:pStyle w:val="76815A1AC5A24941815A501D7BFAF2A3"/>
          </w:pPr>
          <w:r w:rsidRPr="00624A68">
            <w:rPr>
              <w:rStyle w:val="Kohatitetekst"/>
            </w:rPr>
            <w:t>Teksti sisestamiseks klõpsake või koputage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E37"/>
    <w:rsid w:val="000A6AC3"/>
    <w:rsid w:val="000C45D6"/>
    <w:rsid w:val="001513B5"/>
    <w:rsid w:val="001E1989"/>
    <w:rsid w:val="003053BA"/>
    <w:rsid w:val="00493C9C"/>
    <w:rsid w:val="004C73D0"/>
    <w:rsid w:val="004E2F0A"/>
    <w:rsid w:val="005E4410"/>
    <w:rsid w:val="00686624"/>
    <w:rsid w:val="00892C25"/>
    <w:rsid w:val="008D5E37"/>
    <w:rsid w:val="00965D66"/>
    <w:rsid w:val="00971FDF"/>
    <w:rsid w:val="00984A30"/>
    <w:rsid w:val="00A24431"/>
    <w:rsid w:val="00A5411B"/>
    <w:rsid w:val="00A73DA8"/>
    <w:rsid w:val="00BC48D0"/>
    <w:rsid w:val="00D91AFD"/>
    <w:rsid w:val="00E1148B"/>
    <w:rsid w:val="00E40843"/>
    <w:rsid w:val="00E9505E"/>
    <w:rsid w:val="00F3349D"/>
    <w:rsid w:val="00F47B21"/>
    <w:rsid w:val="00F6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E1148B"/>
    <w:rPr>
      <w:color w:val="666666"/>
    </w:rPr>
  </w:style>
  <w:style w:type="paragraph" w:customStyle="1" w:styleId="0A8664BDB62749FF9D14FA1A987EB82B1">
    <w:name w:val="0A8664BDB62749FF9D14FA1A987EB82B1"/>
    <w:rsid w:val="00E40843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6CAF5D5434BA49BCB67125D9BEC1C4001">
    <w:name w:val="6CAF5D5434BA49BCB67125D9BEC1C4001"/>
    <w:rsid w:val="00E40843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45650FE609454FD5B060FBE935D6D4E71">
    <w:name w:val="45650FE609454FD5B060FBE935D6D4E71"/>
    <w:rsid w:val="00E40843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A5892E7D000A420B8F8E4E06F23F62591">
    <w:name w:val="A5892E7D000A420B8F8E4E06F23F62591"/>
    <w:rsid w:val="00E40843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3E7433106F8B4F75A95CEB0661DE3F4F1">
    <w:name w:val="3E7433106F8B4F75A95CEB0661DE3F4F1"/>
    <w:rsid w:val="00E40843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A3587DB148A14620B33AA9A0885C72561">
    <w:name w:val="A3587DB148A14620B33AA9A0885C72561"/>
    <w:rsid w:val="00E40843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9E304F08CEA844F6B7CBAD3BC6E9DBD21">
    <w:name w:val="9E304F08CEA844F6B7CBAD3BC6E9DBD21"/>
    <w:rsid w:val="00E40843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A45BE8965E0C46879781EA02C5FF40C81">
    <w:name w:val="A45BE8965E0C46879781EA02C5FF40C81"/>
    <w:rsid w:val="00E40843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97E97414E68E4CBE8E38D15D5C8182641">
    <w:name w:val="97E97414E68E4CBE8E38D15D5C8182641"/>
    <w:rsid w:val="00E40843"/>
    <w:pPr>
      <w:spacing w:after="200" w:line="276" w:lineRule="auto"/>
    </w:pPr>
    <w:rPr>
      <w:kern w:val="0"/>
      <w:sz w:val="22"/>
      <w:szCs w:val="22"/>
      <w:lang w:val="en-US" w:eastAsia="en-US"/>
      <w14:ligatures w14:val="none"/>
    </w:rPr>
  </w:style>
  <w:style w:type="paragraph" w:customStyle="1" w:styleId="1E488EBBB6BC40A09A8BCB0B771F89D9">
    <w:name w:val="1E488EBBB6BC40A09A8BCB0B771F89D9"/>
    <w:rsid w:val="00E1148B"/>
  </w:style>
  <w:style w:type="paragraph" w:customStyle="1" w:styleId="861AF8635EDD4FE1B0224DAE6183171B">
    <w:name w:val="861AF8635EDD4FE1B0224DAE6183171B"/>
    <w:rsid w:val="00E1148B"/>
  </w:style>
  <w:style w:type="paragraph" w:customStyle="1" w:styleId="29B418291D134960BD54425058265BC6">
    <w:name w:val="29B418291D134960BD54425058265BC6"/>
    <w:rsid w:val="00E1148B"/>
  </w:style>
  <w:style w:type="paragraph" w:customStyle="1" w:styleId="E70DE21409534F6D878460DA4FAD6872">
    <w:name w:val="E70DE21409534F6D878460DA4FAD6872"/>
    <w:rsid w:val="00E1148B"/>
  </w:style>
  <w:style w:type="paragraph" w:customStyle="1" w:styleId="65A6FCB23F574556BBBA8D719CC359EE">
    <w:name w:val="65A6FCB23F574556BBBA8D719CC359EE"/>
    <w:rsid w:val="00E1148B"/>
  </w:style>
  <w:style w:type="paragraph" w:customStyle="1" w:styleId="8A3AD170CEDF48E28ED81387EE470E05">
    <w:name w:val="8A3AD170CEDF48E28ED81387EE470E05"/>
    <w:rsid w:val="00E1148B"/>
  </w:style>
  <w:style w:type="paragraph" w:customStyle="1" w:styleId="07A0FBF4323C4D559D8335F2F6B2E09C">
    <w:name w:val="07A0FBF4323C4D559D8335F2F6B2E09C"/>
    <w:rsid w:val="00E1148B"/>
  </w:style>
  <w:style w:type="paragraph" w:customStyle="1" w:styleId="17398864143F4478A58E9C1E2112E786">
    <w:name w:val="17398864143F4478A58E9C1E2112E786"/>
    <w:rsid w:val="00E1148B"/>
  </w:style>
  <w:style w:type="paragraph" w:customStyle="1" w:styleId="DB6B86E0C7CC477ABC3EFCB5E2B65304">
    <w:name w:val="DB6B86E0C7CC477ABC3EFCB5E2B65304"/>
    <w:rsid w:val="00E1148B"/>
  </w:style>
  <w:style w:type="paragraph" w:customStyle="1" w:styleId="BED4ABEB529942EE9C43AD05339BCC19">
    <w:name w:val="BED4ABEB529942EE9C43AD05339BCC19"/>
    <w:rsid w:val="00E1148B"/>
  </w:style>
  <w:style w:type="paragraph" w:customStyle="1" w:styleId="76815A1AC5A24941815A501D7BFAF2A3">
    <w:name w:val="76815A1AC5A24941815A501D7BFAF2A3"/>
    <w:rsid w:val="00E1148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Andres Lavrenov</cp:lastModifiedBy>
  <cp:revision>2</cp:revision>
  <cp:lastPrinted>2025-12-23T08:31:00Z</cp:lastPrinted>
  <dcterms:created xsi:type="dcterms:W3CDTF">2026-10-13T09:05:00Z</dcterms:created>
  <dcterms:modified xsi:type="dcterms:W3CDTF">2026-10-13T09:05:00Z</dcterms:modified>
  <cp:category/>
</cp:coreProperties>
</file>